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'אמיץ' ואת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מתוך רשימת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ההפך של אמיץ הוא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בפינת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הכפתור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להגייה של המילה בלחיצה על הסמל 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משפט הדוגמה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אומרים משפט חדש עם המילה או עם הנרדפת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אמיץ או במילה נרדפת כמו גיבור, ומראה הבנה של המשמעות (לא מפחד, עושה דברים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פחדן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במילה אמיץ ומראה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המילה אמיץ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רשימת עשרים המילים ולבקש מהם למצוא בעצמם זוגות הפכים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מילת היום 'אמיץ', ונלמד למצוא מילים נרדפות והפכים מתוך רשימת עשרים המילים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קשה  ·  אמיץ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אמיץ?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המילה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המילה 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אמיץ הוא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הדוגמה, הילד האמיץ נכנס ראשון לחדר החושך.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ה__________ נכנס ראשון לחדר החושך.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קל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פחדן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בשימוש בפינת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משפט הדוגמה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או אומרים משפט חדש עם המילה או עם הנרדפת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הכפתור מילת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להגייה של המילה בלחיצה על הסמל 🔊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משלכם עם המילה אמיץ או עם מילה נרדפת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של היום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אמיץ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מילת היום – אמיץ (נרדפות והפכים)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