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מילת היום – אמיץ (נרדפות והפכים)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המילה 'אמיץ' ואת משמעותה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והפכים מתוך רשימת מילת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נרדפות והפכים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פחדן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חלש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בכותרת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של אמיץ הוא פחדן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הן מילים הפוכות, לא נרדפות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פחדן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(פחדן)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(קרוב)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בשימוש בפינת מילת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לוחצים על הכפתור מילת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מקשיבים להגייה של המילה בלחיצה על הסמל 🔊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משפט הדוגמה עם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חושבים על מילה נרדפת או הפך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או אומרים משפט חדש עם המילה או עם הנרדפת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המשתמש במילה אמיץ או במילה נרדפת כמו גיבור, ומראה הבנה של המשמעות (לא מפחד, עושה דברים קשים)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אמיץ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פחדן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הגיוני המשתמש במילה אמיץ ומראה הבנת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ההגייה של המילה אמיץ מהדף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לתלמידים את רשימת עשרים המילים ולבקש מהם למצוא בעצמם זוגות הפכים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להתמקד רק בפעילויות המסומנות כקלות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מילת היום – אמיץ (נרדפות והפכים)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את המילה 'אמיץ'. נלמד למצוא מילה דומה (נרדפת) ומילה הפוכה (הפך).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נרדפת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שיש לה כמעט אותה משמעות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שהמשמעות שלה הפוכה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אמיץ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שלא מפחד גם כשקשה 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פחדן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שמפחד הרבה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 בקצב גבוה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 בקצב נמוך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רחוק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נמצא במרחק 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נמצא במרחק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המילה ההפוכה ל'אמיץ'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פחדן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את המילה ההפוכה ל'מהיר'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את המילה ההפוכה ל'קל'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המילה ההפוכה ל'רחוק'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את המילה ההפוכה ל'שמח'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מנומס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בחרו את המילה ההפוכה ל'חזק'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של היום בדף היא אמיץ.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אמיץ הוא שמח.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במשפט הדוגמה, הילד האמיץ נכנס ראשון לחדר החושך.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לאט ומהיר הן שתי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ה__________ נכנס ראשון לחדר החושך.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של מהיר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של קל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רחוק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של אמיץ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רחוק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פחדן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בשימוש בפינת מילת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או אומרים משפט חדש עם המילה או עם הנרדפת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משפט הדוגמה עם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מילה נרדפת או הפך למילה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להגייה של המילה בלחיצה על הסמל 🔊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הכפתור מילת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משלכם עם המילה אמיץ או עם מילה נרדפת 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של היום 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אחד למילה אמיץ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עם המילה אמיץ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מילת היום – אמיץ (נרדפות והפכים)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