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מילת היום – אמיץ (נרדפות והפכים)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המילה 'אמיץ' ואת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והפכים מתוך רשימת 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והפכים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פחדן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אמיץ הוא פחדן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מילים הפוכות, לא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פחדן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(פחדן)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(קרוב)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בשימוש בפינת מילת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לוחצים על הכפתור מילת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להגייה של המילה בלחיצה על הסמל 🔊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משפט הדוגמה עם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חושבים על מילה נרדפת או הפך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או אומרים משפט חדש עם המילה או עם הנרדפת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המשתמש במילה אמיץ או במילה נרדפת כמו גיבור, ומראה הבנה של המשמעות (לא מפחד, עושה דברים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פחדן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המשתמש במילה אמיץ ומראה הבנת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ההגייה של המילה אמיץ מהדף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לתלמידים את רשימת עשרים המילים ולבקש מהם למצוא בעצמם זוגות הפכים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רק בפעילויות המסומנות כקלות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מילת היום – אמיץ (נרדפות והפכים)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מילת היום 'אמיץ', ונלמד למצוא מילים נרדפות והפכים מתוך רשימת עשרים המילים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המילה אמיץ?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המילה 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של המילה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המילה 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המילה 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מנומס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ההפך של המילה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של היום בדף היא אמיץ.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אמיץ הוא שמח.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הדוגמה, הילד האמיץ נכנס ראשון לחדר החושך.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לאט ומהיר הן שתי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ה__________ נכנס ראשון לחדר החושך.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מהיר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קל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רחוק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אמיץ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פחדן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בשימוש בפינת 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מילה נרדפת או הפך למילה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או אומרים משפט חדש עם המילה או עם הנרדפת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הכפתור מילת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משפט הדוגמה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להגייה של המילה בלחיצה על הסמל 🔊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עם המילה אמיץ או עם מילה נרדפת 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של היום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אמיץ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המילה אמיץ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מילת היום – אמיץ (נרדפות והפכים)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